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7AE0" w14:textId="77777777" w:rsidR="00E258C0" w:rsidRDefault="00497E0D" w:rsidP="00E258C0">
      <w:pPr>
        <w:pStyle w:val="Heading1"/>
        <w:contextualSpacing/>
        <w:jc w:val="center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COBRA</w:t>
      </w:r>
      <w:r w:rsidR="00E258C0">
        <w:rPr>
          <w:rFonts w:cstheme="majorHAnsi"/>
          <w:color w:val="auto"/>
        </w:rPr>
        <w:t>/Direct Billing</w:t>
      </w:r>
      <w:r w:rsidRPr="00497E0D">
        <w:rPr>
          <w:rFonts w:cstheme="majorHAnsi"/>
          <w:color w:val="auto"/>
        </w:rPr>
        <w:t xml:space="preserve"> </w:t>
      </w:r>
    </w:p>
    <w:p w14:paraId="6B4D2BDD" w14:textId="561DCEF3" w:rsidR="00922739" w:rsidRPr="00497E0D" w:rsidRDefault="00497E0D" w:rsidP="00E258C0">
      <w:pPr>
        <w:pStyle w:val="Heading1"/>
        <w:contextualSpacing/>
        <w:jc w:val="center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 xml:space="preserve">Sub-Company Setup </w:t>
      </w:r>
      <w:r w:rsidR="00E258C0">
        <w:rPr>
          <w:rFonts w:cstheme="majorHAnsi"/>
          <w:color w:val="auto"/>
        </w:rPr>
        <w:t>Questionnaire</w:t>
      </w:r>
      <w:r w:rsidRPr="00497E0D">
        <w:rPr>
          <w:rFonts w:cstheme="majorHAnsi"/>
          <w:color w:val="auto"/>
        </w:rPr>
        <w:t xml:space="preserve"> (Multiple Subcompanies)</w:t>
      </w:r>
    </w:p>
    <w:p w14:paraId="3D767817" w14:textId="50992175" w:rsidR="004E783E" w:rsidRPr="00E258C0" w:rsidRDefault="00497E0D">
      <w:pPr>
        <w:rPr>
          <w:rFonts w:asciiTheme="majorHAnsi" w:hAnsiTheme="majorHAnsi" w:cstheme="majorHAnsi"/>
          <w:sz w:val="20"/>
          <w:szCs w:val="20"/>
        </w:rPr>
      </w:pPr>
      <w:r w:rsidRPr="00E258C0">
        <w:rPr>
          <w:rFonts w:asciiTheme="majorHAnsi" w:hAnsiTheme="majorHAnsi" w:cstheme="majorHAnsi"/>
          <w:sz w:val="20"/>
          <w:szCs w:val="20"/>
        </w:rPr>
        <w:t>For each subcompany, complete a separate section. Additional sections may be added as needed</w:t>
      </w:r>
      <w:r w:rsidR="00E258C0">
        <w:rPr>
          <w:rFonts w:asciiTheme="majorHAnsi" w:hAnsiTheme="majorHAnsi" w:cstheme="majorHAnsi"/>
          <w:sz w:val="20"/>
          <w:szCs w:val="20"/>
        </w:rPr>
        <w:t xml:space="preserve">. </w:t>
      </w:r>
      <w:r w:rsidR="004E783E" w:rsidRPr="00E258C0">
        <w:rPr>
          <w:rFonts w:asciiTheme="majorHAnsi" w:hAnsiTheme="majorHAnsi" w:cstheme="majorHAnsi"/>
          <w:b/>
          <w:bCs/>
          <w:sz w:val="20"/>
          <w:szCs w:val="20"/>
        </w:rPr>
        <w:t xml:space="preserve">Note re: </w:t>
      </w:r>
      <w:r w:rsidR="004E783E" w:rsidRPr="00E258C0">
        <w:rPr>
          <w:rFonts w:asciiTheme="majorHAnsi" w:hAnsiTheme="majorHAnsi" w:cstheme="majorHAnsi"/>
          <w:b/>
          <w:bCs/>
          <w:sz w:val="20"/>
          <w:szCs w:val="20"/>
        </w:rPr>
        <w:t>File Feeds</w:t>
      </w:r>
      <w:r w:rsidR="00E258C0">
        <w:rPr>
          <w:rFonts w:asciiTheme="majorHAnsi" w:hAnsiTheme="majorHAnsi" w:cstheme="majorHAnsi"/>
          <w:sz w:val="20"/>
          <w:szCs w:val="20"/>
        </w:rPr>
        <w:t xml:space="preserve">:  </w:t>
      </w:r>
      <w:r w:rsidR="004E783E" w:rsidRPr="00E258C0">
        <w:rPr>
          <w:rFonts w:asciiTheme="majorHAnsi" w:hAnsiTheme="majorHAnsi" w:cstheme="majorHAnsi"/>
          <w:sz w:val="20"/>
          <w:szCs w:val="20"/>
        </w:rPr>
        <w:t>Adding a subcompany will require updates to any QB/NPM incoming file feeds currently in production</w:t>
      </w:r>
      <w:r w:rsidR="004E783E" w:rsidRPr="00E258C0">
        <w:rPr>
          <w:rFonts w:asciiTheme="majorHAnsi" w:hAnsiTheme="majorHAnsi" w:cstheme="majorHAnsi"/>
          <w:sz w:val="20"/>
          <w:szCs w:val="20"/>
        </w:rPr>
        <w:t>.  Once finalized, your COBRA account manager will provide the new account structure, and a ticket can be made with your file vendor to begin testing.</w:t>
      </w:r>
    </w:p>
    <w:p w14:paraId="1D9C5956" w14:textId="77777777" w:rsidR="00922739" w:rsidRPr="00497E0D" w:rsidRDefault="00497E0D">
      <w:pPr>
        <w:pStyle w:val="Heading2"/>
        <w:rPr>
          <w:rFonts w:cstheme="majorHAnsi"/>
          <w:color w:val="auto"/>
          <w:sz w:val="22"/>
          <w:szCs w:val="22"/>
        </w:rPr>
      </w:pPr>
      <w:r w:rsidRPr="00497E0D">
        <w:rPr>
          <w:rFonts w:cstheme="majorHAnsi"/>
          <w:color w:val="auto"/>
          <w:sz w:val="22"/>
          <w:szCs w:val="22"/>
        </w:rPr>
        <w:t>Subcompany 1</w:t>
      </w:r>
    </w:p>
    <w:p w14:paraId="121BFAA2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Parent Company Name:</w:t>
      </w:r>
    </w:p>
    <w:p w14:paraId="566AC9C7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Legal Name of Sub-company:</w:t>
      </w:r>
    </w:p>
    <w:p w14:paraId="59CBC895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Tax ID (EIN) of Sub-company:</w:t>
      </w:r>
    </w:p>
    <w:p w14:paraId="79DAEE8B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 of Sub-company (if different from parent):</w:t>
      </w:r>
    </w:p>
    <w:p w14:paraId="5EFE3258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Main Contact</w:t>
      </w:r>
    </w:p>
    <w:p w14:paraId="58DE50E1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Name:</w:t>
      </w:r>
    </w:p>
    <w:p w14:paraId="63D1ABB1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Address:</w:t>
      </w:r>
    </w:p>
    <w:p w14:paraId="7DB48AFA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Phone:</w:t>
      </w:r>
    </w:p>
    <w:p w14:paraId="12448552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Email:</w:t>
      </w:r>
    </w:p>
    <w:p w14:paraId="69BB4EDD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Effective Date</w:t>
      </w:r>
    </w:p>
    <w:p w14:paraId="51CD5757" w14:textId="77777777" w:rsidR="00922739" w:rsidRPr="00497E0D" w:rsidRDefault="00497E0D" w:rsidP="004E783E">
      <w:pPr>
        <w:ind w:firstLine="720"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Effective Date for Sub-company Setup:</w:t>
      </w:r>
    </w:p>
    <w:p w14:paraId="5940D558" w14:textId="77777777" w:rsidR="00E258C0" w:rsidRDefault="00E258C0">
      <w:pPr>
        <w:pStyle w:val="Heading3"/>
        <w:rPr>
          <w:rFonts w:cstheme="majorHAnsi"/>
          <w:color w:val="auto"/>
        </w:rPr>
      </w:pPr>
      <w:r>
        <w:rPr>
          <w:rFonts w:cstheme="majorHAnsi"/>
          <w:color w:val="auto"/>
        </w:rPr>
        <w:t>Benefits</w:t>
      </w:r>
    </w:p>
    <w:p w14:paraId="57057428" w14:textId="1C091CA8" w:rsidR="00E258C0" w:rsidRPr="00497E0D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□ Separate </w:t>
      </w:r>
      <w:r>
        <w:rPr>
          <w:rFonts w:asciiTheme="majorHAnsi" w:hAnsiTheme="majorHAnsi" w:cstheme="majorHAnsi"/>
        </w:rPr>
        <w:t>benefit options offered</w:t>
      </w:r>
      <w:r w:rsidRPr="00497E0D">
        <w:rPr>
          <w:rFonts w:asciiTheme="majorHAnsi" w:hAnsiTheme="majorHAnsi" w:cstheme="majorHAnsi"/>
        </w:rPr>
        <w:t xml:space="preserve"> – Yes</w:t>
      </w:r>
    </w:p>
    <w:p w14:paraId="2FF0D869" w14:textId="4DAF93C6" w:rsidR="00E258C0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□ Separate </w:t>
      </w:r>
      <w:r>
        <w:rPr>
          <w:rFonts w:asciiTheme="majorHAnsi" w:hAnsiTheme="majorHAnsi" w:cstheme="majorHAnsi"/>
        </w:rPr>
        <w:t>benefit options offered</w:t>
      </w:r>
      <w:r w:rsidRPr="00497E0D">
        <w:rPr>
          <w:rFonts w:asciiTheme="majorHAnsi" w:hAnsiTheme="majorHAnsi" w:cstheme="majorHAnsi"/>
        </w:rPr>
        <w:t xml:space="preserve"> – No</w:t>
      </w:r>
    </w:p>
    <w:p w14:paraId="16851EAE" w14:textId="5EA43146" w:rsidR="00E258C0" w:rsidRPr="00E258C0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If yes, please complete the Plan Intake Design Form</w:t>
      </w:r>
    </w:p>
    <w:p w14:paraId="4D9C8364" w14:textId="27457D9E" w:rsidR="00922739" w:rsidRPr="00497E0D" w:rsidRDefault="00497E0D" w:rsidP="00E258C0">
      <w:pPr>
        <w:pStyle w:val="Heading3"/>
        <w:rPr>
          <w:rFonts w:cstheme="majorHAnsi"/>
        </w:rPr>
      </w:pPr>
      <w:r w:rsidRPr="00497E0D">
        <w:rPr>
          <w:rFonts w:cstheme="majorHAnsi"/>
          <w:color w:val="auto"/>
        </w:rPr>
        <w:t>Banking Information (Premium Remittance)</w:t>
      </w:r>
    </w:p>
    <w:p w14:paraId="0869648E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banking required – Yes</w:t>
      </w:r>
    </w:p>
    <w:p w14:paraId="4E434B2A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banking required – No</w:t>
      </w:r>
    </w:p>
    <w:p w14:paraId="06A77137" w14:textId="77777777" w:rsidR="00922739" w:rsidRPr="00497E0D" w:rsidRDefault="00497E0D" w:rsidP="004E783E">
      <w:pPr>
        <w:ind w:left="720"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If </w:t>
      </w:r>
      <w:proofErr w:type="gramStart"/>
      <w:r w:rsidRPr="00497E0D">
        <w:rPr>
          <w:rFonts w:asciiTheme="majorHAnsi" w:hAnsiTheme="majorHAnsi" w:cstheme="majorHAnsi"/>
        </w:rPr>
        <w:t>Yes</w:t>
      </w:r>
      <w:proofErr w:type="gramEnd"/>
      <w:r w:rsidRPr="00497E0D">
        <w:rPr>
          <w:rFonts w:asciiTheme="majorHAnsi" w:hAnsiTheme="majorHAnsi" w:cstheme="majorHAnsi"/>
        </w:rPr>
        <w:t>, please complete the ACH form.</w:t>
      </w:r>
    </w:p>
    <w:p w14:paraId="60AEEE1F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Billing Information (Admin Invoices)</w:t>
      </w:r>
    </w:p>
    <w:p w14:paraId="31F1FC5F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billing required – Yes</w:t>
      </w:r>
    </w:p>
    <w:p w14:paraId="2B6B8B93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billing required – No</w:t>
      </w:r>
    </w:p>
    <w:p w14:paraId="57D64FAE" w14:textId="77777777" w:rsidR="00922739" w:rsidRPr="00497E0D" w:rsidRDefault="00497E0D" w:rsidP="004E783E">
      <w:pPr>
        <w:ind w:left="720"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If </w:t>
      </w:r>
      <w:proofErr w:type="gramStart"/>
      <w:r w:rsidRPr="00497E0D">
        <w:rPr>
          <w:rFonts w:asciiTheme="majorHAnsi" w:hAnsiTheme="majorHAnsi" w:cstheme="majorHAnsi"/>
        </w:rPr>
        <w:t>Yes</w:t>
      </w:r>
      <w:proofErr w:type="gramEnd"/>
      <w:r w:rsidRPr="00497E0D">
        <w:rPr>
          <w:rFonts w:asciiTheme="majorHAnsi" w:hAnsiTheme="majorHAnsi" w:cstheme="majorHAnsi"/>
        </w:rPr>
        <w:t>, please complete the ACH form.</w:t>
      </w:r>
    </w:p>
    <w:p w14:paraId="53BBB8C7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COBRA Invoicing &amp; Remittance Contact</w:t>
      </w:r>
    </w:p>
    <w:p w14:paraId="63AC79B7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Billing Contact for COBRA:</w:t>
      </w:r>
    </w:p>
    <w:p w14:paraId="6AC64FFF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Name:</w:t>
      </w:r>
    </w:p>
    <w:p w14:paraId="54F7E6C4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Phone/Email:</w:t>
      </w:r>
    </w:p>
    <w:p w14:paraId="455CD43B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Address:</w:t>
      </w:r>
    </w:p>
    <w:p w14:paraId="31A54C1E" w14:textId="31DE5749" w:rsidR="00BD616E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lastRenderedPageBreak/>
        <w:t>Remittance Instructions:</w:t>
      </w:r>
    </w:p>
    <w:p w14:paraId="533DC044" w14:textId="6118DA00" w:rsidR="00922739" w:rsidRPr="00497E0D" w:rsidRDefault="00922739" w:rsidP="00497E0D">
      <w:pPr>
        <w:pBdr>
          <w:bottom w:val="single" w:sz="4" w:space="1" w:color="auto"/>
        </w:pBdr>
        <w:rPr>
          <w:rFonts w:asciiTheme="majorHAnsi" w:hAnsiTheme="majorHAnsi" w:cstheme="majorHAnsi"/>
        </w:rPr>
      </w:pPr>
    </w:p>
    <w:p w14:paraId="0305DA82" w14:textId="77777777" w:rsidR="00922739" w:rsidRPr="00497E0D" w:rsidRDefault="00497E0D">
      <w:pPr>
        <w:pStyle w:val="Heading2"/>
        <w:rPr>
          <w:rFonts w:cstheme="majorHAnsi"/>
          <w:color w:val="auto"/>
          <w:sz w:val="22"/>
          <w:szCs w:val="22"/>
        </w:rPr>
      </w:pPr>
      <w:r w:rsidRPr="00497E0D">
        <w:rPr>
          <w:rFonts w:cstheme="majorHAnsi"/>
          <w:color w:val="auto"/>
          <w:sz w:val="22"/>
          <w:szCs w:val="22"/>
        </w:rPr>
        <w:t>Subcompany 2</w:t>
      </w:r>
    </w:p>
    <w:p w14:paraId="129C4CA0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Parent Company Name:</w:t>
      </w:r>
    </w:p>
    <w:p w14:paraId="11344DBA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Legal Name of Sub-company:</w:t>
      </w:r>
    </w:p>
    <w:p w14:paraId="1E969A82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Tax ID (EIN) of Sub-company:</w:t>
      </w:r>
    </w:p>
    <w:p w14:paraId="12B24113" w14:textId="334BB20A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 of Sub-company (if different from parent):</w:t>
      </w:r>
    </w:p>
    <w:p w14:paraId="5B773331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Main Contact</w:t>
      </w:r>
    </w:p>
    <w:p w14:paraId="06F3CEF9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Name:</w:t>
      </w:r>
    </w:p>
    <w:p w14:paraId="2C10A0B6" w14:textId="77777777" w:rsidR="004E783E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Address:</w:t>
      </w:r>
    </w:p>
    <w:p w14:paraId="0ED4DD0F" w14:textId="061699A2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Phone:</w:t>
      </w:r>
    </w:p>
    <w:p w14:paraId="1731533B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Email:</w:t>
      </w:r>
    </w:p>
    <w:p w14:paraId="5A52BC8C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Effective Date</w:t>
      </w:r>
    </w:p>
    <w:p w14:paraId="331836F4" w14:textId="77777777" w:rsidR="00922739" w:rsidRDefault="00497E0D" w:rsidP="004E783E">
      <w:pPr>
        <w:ind w:firstLine="720"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Effective Date for Sub-company Setup:</w:t>
      </w:r>
    </w:p>
    <w:p w14:paraId="5F850334" w14:textId="77777777" w:rsidR="00E258C0" w:rsidRDefault="00E258C0" w:rsidP="00E258C0">
      <w:pPr>
        <w:pStyle w:val="Heading3"/>
        <w:rPr>
          <w:rFonts w:cstheme="majorHAnsi"/>
          <w:color w:val="auto"/>
        </w:rPr>
      </w:pPr>
      <w:r>
        <w:rPr>
          <w:rFonts w:cstheme="majorHAnsi"/>
          <w:color w:val="auto"/>
        </w:rPr>
        <w:t>Benefits</w:t>
      </w:r>
    </w:p>
    <w:p w14:paraId="0CD8CC4B" w14:textId="77777777" w:rsidR="00E258C0" w:rsidRPr="00497E0D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□ Separate </w:t>
      </w:r>
      <w:r>
        <w:rPr>
          <w:rFonts w:asciiTheme="majorHAnsi" w:hAnsiTheme="majorHAnsi" w:cstheme="majorHAnsi"/>
        </w:rPr>
        <w:t>benefit options offered</w:t>
      </w:r>
      <w:r w:rsidRPr="00497E0D">
        <w:rPr>
          <w:rFonts w:asciiTheme="majorHAnsi" w:hAnsiTheme="majorHAnsi" w:cstheme="majorHAnsi"/>
        </w:rPr>
        <w:t xml:space="preserve"> – Yes</w:t>
      </w:r>
    </w:p>
    <w:p w14:paraId="74220A06" w14:textId="77777777" w:rsidR="00E258C0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□ Separate </w:t>
      </w:r>
      <w:r>
        <w:rPr>
          <w:rFonts w:asciiTheme="majorHAnsi" w:hAnsiTheme="majorHAnsi" w:cstheme="majorHAnsi"/>
        </w:rPr>
        <w:t>benefit options offered</w:t>
      </w:r>
      <w:r w:rsidRPr="00497E0D">
        <w:rPr>
          <w:rFonts w:asciiTheme="majorHAnsi" w:hAnsiTheme="majorHAnsi" w:cstheme="majorHAnsi"/>
        </w:rPr>
        <w:t xml:space="preserve"> – No</w:t>
      </w:r>
    </w:p>
    <w:p w14:paraId="18827311" w14:textId="1C890EC3" w:rsidR="00E258C0" w:rsidRPr="00497E0D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If </w:t>
      </w:r>
      <w:proofErr w:type="gramStart"/>
      <w:r>
        <w:rPr>
          <w:rFonts w:asciiTheme="majorHAnsi" w:hAnsiTheme="majorHAnsi" w:cstheme="majorHAnsi"/>
        </w:rPr>
        <w:t>Y</w:t>
      </w:r>
      <w:r>
        <w:rPr>
          <w:rFonts w:asciiTheme="majorHAnsi" w:hAnsiTheme="majorHAnsi" w:cstheme="majorHAnsi"/>
        </w:rPr>
        <w:t>es</w:t>
      </w:r>
      <w:proofErr w:type="gramEnd"/>
      <w:r>
        <w:rPr>
          <w:rFonts w:asciiTheme="majorHAnsi" w:hAnsiTheme="majorHAnsi" w:cstheme="majorHAnsi"/>
        </w:rPr>
        <w:t>, please complete the Plan Intake Design Form</w:t>
      </w:r>
    </w:p>
    <w:p w14:paraId="4300FE4A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Banking Information (Premium Remittance)</w:t>
      </w:r>
    </w:p>
    <w:p w14:paraId="182839F2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banking required – Yes</w:t>
      </w:r>
    </w:p>
    <w:p w14:paraId="5A43C351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banking required – No</w:t>
      </w:r>
    </w:p>
    <w:p w14:paraId="74A8E26C" w14:textId="77777777" w:rsidR="00922739" w:rsidRPr="00497E0D" w:rsidRDefault="00497E0D" w:rsidP="004E783E">
      <w:pPr>
        <w:ind w:left="720"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If </w:t>
      </w:r>
      <w:proofErr w:type="gramStart"/>
      <w:r w:rsidRPr="00497E0D">
        <w:rPr>
          <w:rFonts w:asciiTheme="majorHAnsi" w:hAnsiTheme="majorHAnsi" w:cstheme="majorHAnsi"/>
        </w:rPr>
        <w:t>Yes</w:t>
      </w:r>
      <w:proofErr w:type="gramEnd"/>
      <w:r w:rsidRPr="00497E0D">
        <w:rPr>
          <w:rFonts w:asciiTheme="majorHAnsi" w:hAnsiTheme="majorHAnsi" w:cstheme="majorHAnsi"/>
        </w:rPr>
        <w:t>, please complete the ACH form.</w:t>
      </w:r>
    </w:p>
    <w:p w14:paraId="0E034DF0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Billing Information (Admin Invoices)</w:t>
      </w:r>
    </w:p>
    <w:p w14:paraId="2FD197AD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billing required – Yes</w:t>
      </w:r>
    </w:p>
    <w:p w14:paraId="16B49720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billing required – No</w:t>
      </w:r>
    </w:p>
    <w:p w14:paraId="291660D9" w14:textId="77777777" w:rsidR="00922739" w:rsidRPr="00497E0D" w:rsidRDefault="00497E0D" w:rsidP="004E783E">
      <w:pPr>
        <w:ind w:left="720"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If </w:t>
      </w:r>
      <w:proofErr w:type="gramStart"/>
      <w:r w:rsidRPr="00497E0D">
        <w:rPr>
          <w:rFonts w:asciiTheme="majorHAnsi" w:hAnsiTheme="majorHAnsi" w:cstheme="majorHAnsi"/>
        </w:rPr>
        <w:t>Yes</w:t>
      </w:r>
      <w:proofErr w:type="gramEnd"/>
      <w:r w:rsidRPr="00497E0D">
        <w:rPr>
          <w:rFonts w:asciiTheme="majorHAnsi" w:hAnsiTheme="majorHAnsi" w:cstheme="majorHAnsi"/>
        </w:rPr>
        <w:t>, please complete the ACH form.</w:t>
      </w:r>
    </w:p>
    <w:p w14:paraId="5A8E1D7A" w14:textId="77777777" w:rsidR="00922739" w:rsidRPr="00497E0D" w:rsidRDefault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COBRA Invoicing &amp; Remittance Contact</w:t>
      </w:r>
    </w:p>
    <w:p w14:paraId="190DB773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Billing Contact for COBRA:</w:t>
      </w:r>
    </w:p>
    <w:p w14:paraId="3E43805B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Name:</w:t>
      </w:r>
    </w:p>
    <w:p w14:paraId="3EA00B22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Phone/Email:</w:t>
      </w:r>
    </w:p>
    <w:p w14:paraId="1CD7FCA8" w14:textId="77777777" w:rsidR="00922739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Address:</w:t>
      </w:r>
    </w:p>
    <w:p w14:paraId="250482B0" w14:textId="77777777" w:rsidR="00922739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Remittance Instructions:</w:t>
      </w:r>
    </w:p>
    <w:p w14:paraId="704863AE" w14:textId="77777777" w:rsidR="00BD616E" w:rsidRDefault="00BD616E">
      <w:pPr>
        <w:contextualSpacing/>
        <w:rPr>
          <w:rFonts w:asciiTheme="majorHAnsi" w:hAnsiTheme="majorHAnsi" w:cstheme="majorHAnsi"/>
        </w:rPr>
      </w:pPr>
    </w:p>
    <w:p w14:paraId="172073A1" w14:textId="77777777" w:rsidR="00497E0D" w:rsidRPr="00497E0D" w:rsidRDefault="00497E0D" w:rsidP="00497E0D">
      <w:pPr>
        <w:pBdr>
          <w:bottom w:val="single" w:sz="4" w:space="1" w:color="auto"/>
        </w:pBdr>
        <w:contextualSpacing/>
        <w:rPr>
          <w:rFonts w:asciiTheme="majorHAnsi" w:hAnsiTheme="majorHAnsi" w:cstheme="majorHAnsi"/>
        </w:rPr>
      </w:pPr>
    </w:p>
    <w:p w14:paraId="79B718FD" w14:textId="77777777" w:rsidR="004E783E" w:rsidRDefault="004E783E" w:rsidP="00497E0D">
      <w:pPr>
        <w:pStyle w:val="Heading2"/>
        <w:rPr>
          <w:rFonts w:cstheme="majorHAnsi"/>
          <w:color w:val="auto"/>
          <w:sz w:val="22"/>
          <w:szCs w:val="22"/>
        </w:rPr>
      </w:pPr>
    </w:p>
    <w:p w14:paraId="2F9551FE" w14:textId="77777777" w:rsidR="004E783E" w:rsidRDefault="004E783E" w:rsidP="00497E0D">
      <w:pPr>
        <w:pStyle w:val="Heading2"/>
        <w:rPr>
          <w:rFonts w:cstheme="majorHAnsi"/>
          <w:color w:val="auto"/>
          <w:sz w:val="22"/>
          <w:szCs w:val="22"/>
        </w:rPr>
      </w:pPr>
    </w:p>
    <w:p w14:paraId="4B9BE425" w14:textId="77777777" w:rsidR="004E783E" w:rsidRDefault="004E783E" w:rsidP="00497E0D">
      <w:pPr>
        <w:pStyle w:val="Heading2"/>
        <w:rPr>
          <w:rFonts w:cstheme="majorHAnsi"/>
          <w:color w:val="auto"/>
          <w:sz w:val="22"/>
          <w:szCs w:val="22"/>
        </w:rPr>
      </w:pPr>
    </w:p>
    <w:p w14:paraId="2C221076" w14:textId="77777777" w:rsidR="004E783E" w:rsidRPr="004E783E" w:rsidRDefault="004E783E" w:rsidP="004E783E"/>
    <w:p w14:paraId="59B14FE4" w14:textId="16335DA3" w:rsidR="00497E0D" w:rsidRPr="00497E0D" w:rsidRDefault="00497E0D" w:rsidP="00497E0D">
      <w:pPr>
        <w:pStyle w:val="Heading2"/>
        <w:rPr>
          <w:rFonts w:cstheme="majorHAnsi"/>
          <w:color w:val="auto"/>
          <w:sz w:val="22"/>
          <w:szCs w:val="22"/>
        </w:rPr>
      </w:pPr>
      <w:r w:rsidRPr="00497E0D">
        <w:rPr>
          <w:rFonts w:cstheme="majorHAnsi"/>
          <w:color w:val="auto"/>
          <w:sz w:val="22"/>
          <w:szCs w:val="22"/>
        </w:rPr>
        <w:t xml:space="preserve">Subcompany </w:t>
      </w:r>
      <w:r>
        <w:rPr>
          <w:rFonts w:cstheme="majorHAnsi"/>
          <w:color w:val="auto"/>
          <w:sz w:val="22"/>
          <w:szCs w:val="22"/>
        </w:rPr>
        <w:t>3</w:t>
      </w:r>
    </w:p>
    <w:p w14:paraId="0252CE26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Parent Company Name:</w:t>
      </w:r>
    </w:p>
    <w:p w14:paraId="3DBB45FF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Legal Name of Sub-company:</w:t>
      </w:r>
    </w:p>
    <w:p w14:paraId="54791856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Tax ID (EIN) of Sub-company:</w:t>
      </w:r>
    </w:p>
    <w:p w14:paraId="44A77DC6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 of Sub-company (if different from parent):</w:t>
      </w:r>
    </w:p>
    <w:p w14:paraId="6890E94C" w14:textId="77777777" w:rsidR="00497E0D" w:rsidRPr="00497E0D" w:rsidRDefault="00497E0D" w:rsidP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Main Contact</w:t>
      </w:r>
    </w:p>
    <w:p w14:paraId="1A52F6AF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Name:</w:t>
      </w:r>
    </w:p>
    <w:p w14:paraId="7BCE4487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Address:</w:t>
      </w:r>
    </w:p>
    <w:p w14:paraId="3327EEA6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Phone:</w:t>
      </w:r>
    </w:p>
    <w:p w14:paraId="1DFB16AC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Email:</w:t>
      </w:r>
    </w:p>
    <w:p w14:paraId="44A17916" w14:textId="77777777" w:rsidR="00497E0D" w:rsidRPr="00497E0D" w:rsidRDefault="00497E0D" w:rsidP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Effective Date</w:t>
      </w:r>
    </w:p>
    <w:p w14:paraId="01AF081A" w14:textId="77777777" w:rsidR="00497E0D" w:rsidRDefault="00497E0D" w:rsidP="004E783E">
      <w:pPr>
        <w:ind w:firstLine="720"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Effective Date for Sub-company Setup:</w:t>
      </w:r>
    </w:p>
    <w:p w14:paraId="592ED00C" w14:textId="77777777" w:rsidR="00E258C0" w:rsidRDefault="00E258C0" w:rsidP="00E258C0">
      <w:pPr>
        <w:pStyle w:val="Heading3"/>
        <w:rPr>
          <w:rFonts w:cstheme="majorHAnsi"/>
          <w:color w:val="auto"/>
        </w:rPr>
      </w:pPr>
      <w:r>
        <w:rPr>
          <w:rFonts w:cstheme="majorHAnsi"/>
          <w:color w:val="auto"/>
        </w:rPr>
        <w:t>Benefits</w:t>
      </w:r>
    </w:p>
    <w:p w14:paraId="73F03F7D" w14:textId="77777777" w:rsidR="00E258C0" w:rsidRPr="00497E0D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□ Separate </w:t>
      </w:r>
      <w:r>
        <w:rPr>
          <w:rFonts w:asciiTheme="majorHAnsi" w:hAnsiTheme="majorHAnsi" w:cstheme="majorHAnsi"/>
        </w:rPr>
        <w:t>benefit options offered</w:t>
      </w:r>
      <w:r w:rsidRPr="00497E0D">
        <w:rPr>
          <w:rFonts w:asciiTheme="majorHAnsi" w:hAnsiTheme="majorHAnsi" w:cstheme="majorHAnsi"/>
        </w:rPr>
        <w:t xml:space="preserve"> – Yes</w:t>
      </w:r>
    </w:p>
    <w:p w14:paraId="62C08429" w14:textId="77777777" w:rsidR="00E258C0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□ Separate </w:t>
      </w:r>
      <w:r>
        <w:rPr>
          <w:rFonts w:asciiTheme="majorHAnsi" w:hAnsiTheme="majorHAnsi" w:cstheme="majorHAnsi"/>
        </w:rPr>
        <w:t>benefit options offered</w:t>
      </w:r>
      <w:r w:rsidRPr="00497E0D">
        <w:rPr>
          <w:rFonts w:asciiTheme="majorHAnsi" w:hAnsiTheme="majorHAnsi" w:cstheme="majorHAnsi"/>
        </w:rPr>
        <w:t xml:space="preserve"> – No</w:t>
      </w:r>
    </w:p>
    <w:p w14:paraId="5CCDAB3B" w14:textId="7C569F18" w:rsidR="00E258C0" w:rsidRPr="00497E0D" w:rsidRDefault="00E258C0" w:rsidP="00E258C0">
      <w:pPr>
        <w:ind w:firstLine="720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If </w:t>
      </w:r>
      <w:proofErr w:type="gramStart"/>
      <w:r>
        <w:rPr>
          <w:rFonts w:asciiTheme="majorHAnsi" w:hAnsiTheme="majorHAnsi" w:cstheme="majorHAnsi"/>
        </w:rPr>
        <w:t>Y</w:t>
      </w:r>
      <w:r>
        <w:rPr>
          <w:rFonts w:asciiTheme="majorHAnsi" w:hAnsiTheme="majorHAnsi" w:cstheme="majorHAnsi"/>
        </w:rPr>
        <w:t>es</w:t>
      </w:r>
      <w:proofErr w:type="gramEnd"/>
      <w:r>
        <w:rPr>
          <w:rFonts w:asciiTheme="majorHAnsi" w:hAnsiTheme="majorHAnsi" w:cstheme="majorHAnsi"/>
        </w:rPr>
        <w:t>, please complete the Plan Intake Design Form</w:t>
      </w:r>
    </w:p>
    <w:p w14:paraId="32D68F62" w14:textId="77777777" w:rsidR="00497E0D" w:rsidRPr="00497E0D" w:rsidRDefault="00497E0D" w:rsidP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Banking Information (Premium Remittance)</w:t>
      </w:r>
    </w:p>
    <w:p w14:paraId="6C477672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banking required – Yes</w:t>
      </w:r>
    </w:p>
    <w:p w14:paraId="0C97EE13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banking required – No</w:t>
      </w:r>
    </w:p>
    <w:p w14:paraId="3B950FB7" w14:textId="77777777" w:rsidR="00497E0D" w:rsidRPr="00497E0D" w:rsidRDefault="00497E0D" w:rsidP="004E783E">
      <w:pPr>
        <w:ind w:left="720"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If </w:t>
      </w:r>
      <w:proofErr w:type="gramStart"/>
      <w:r w:rsidRPr="00497E0D">
        <w:rPr>
          <w:rFonts w:asciiTheme="majorHAnsi" w:hAnsiTheme="majorHAnsi" w:cstheme="majorHAnsi"/>
        </w:rPr>
        <w:t>Yes</w:t>
      </w:r>
      <w:proofErr w:type="gramEnd"/>
      <w:r w:rsidRPr="00497E0D">
        <w:rPr>
          <w:rFonts w:asciiTheme="majorHAnsi" w:hAnsiTheme="majorHAnsi" w:cstheme="majorHAnsi"/>
        </w:rPr>
        <w:t>, please complete the ACH form.</w:t>
      </w:r>
    </w:p>
    <w:p w14:paraId="6088BDE3" w14:textId="77777777" w:rsidR="00497E0D" w:rsidRPr="00497E0D" w:rsidRDefault="00497E0D" w:rsidP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Billing Information (Admin Invoices)</w:t>
      </w:r>
    </w:p>
    <w:p w14:paraId="78E9A892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billing required – Yes</w:t>
      </w:r>
    </w:p>
    <w:p w14:paraId="36F4D397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□ Separate billing required – No</w:t>
      </w:r>
    </w:p>
    <w:p w14:paraId="696606B8" w14:textId="77777777" w:rsidR="00497E0D" w:rsidRPr="00497E0D" w:rsidRDefault="00497E0D" w:rsidP="004E783E">
      <w:pPr>
        <w:ind w:left="720"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 xml:space="preserve">If </w:t>
      </w:r>
      <w:proofErr w:type="gramStart"/>
      <w:r w:rsidRPr="00497E0D">
        <w:rPr>
          <w:rFonts w:asciiTheme="majorHAnsi" w:hAnsiTheme="majorHAnsi" w:cstheme="majorHAnsi"/>
        </w:rPr>
        <w:t>Yes</w:t>
      </w:r>
      <w:proofErr w:type="gramEnd"/>
      <w:r w:rsidRPr="00497E0D">
        <w:rPr>
          <w:rFonts w:asciiTheme="majorHAnsi" w:hAnsiTheme="majorHAnsi" w:cstheme="majorHAnsi"/>
        </w:rPr>
        <w:t>, please complete the ACH form.</w:t>
      </w:r>
    </w:p>
    <w:p w14:paraId="0A1CA9E6" w14:textId="77777777" w:rsidR="00497E0D" w:rsidRPr="00497E0D" w:rsidRDefault="00497E0D" w:rsidP="00497E0D">
      <w:pPr>
        <w:pStyle w:val="Heading3"/>
        <w:rPr>
          <w:rFonts w:cstheme="majorHAnsi"/>
          <w:color w:val="auto"/>
        </w:rPr>
      </w:pPr>
      <w:r w:rsidRPr="00497E0D">
        <w:rPr>
          <w:rFonts w:cstheme="majorHAnsi"/>
          <w:color w:val="auto"/>
        </w:rPr>
        <w:t>COBRA Invoicing &amp; Remittance Contact</w:t>
      </w:r>
    </w:p>
    <w:p w14:paraId="08AE82FF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Billing Contact for COBRA:</w:t>
      </w:r>
    </w:p>
    <w:p w14:paraId="29E42B15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Name:</w:t>
      </w:r>
    </w:p>
    <w:p w14:paraId="3155922E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Phone/Email:</w:t>
      </w:r>
    </w:p>
    <w:p w14:paraId="3AD5C87A" w14:textId="77777777" w:rsidR="00497E0D" w:rsidRP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Address:</w:t>
      </w:r>
    </w:p>
    <w:p w14:paraId="3678BB06" w14:textId="77777777" w:rsidR="00497E0D" w:rsidRDefault="00497E0D" w:rsidP="004E783E">
      <w:pPr>
        <w:ind w:firstLine="720"/>
        <w:contextualSpacing/>
        <w:rPr>
          <w:rFonts w:asciiTheme="majorHAnsi" w:hAnsiTheme="majorHAnsi" w:cstheme="majorHAnsi"/>
        </w:rPr>
      </w:pPr>
      <w:r w:rsidRPr="00497E0D">
        <w:rPr>
          <w:rFonts w:asciiTheme="majorHAnsi" w:hAnsiTheme="majorHAnsi" w:cstheme="majorHAnsi"/>
        </w:rPr>
        <w:t>Remittance Instructions:</w:t>
      </w:r>
    </w:p>
    <w:p w14:paraId="662FAF93" w14:textId="0759F5D0" w:rsidR="00922739" w:rsidRPr="00497E0D" w:rsidRDefault="00922739"/>
    <w:sectPr w:rsidR="00922739" w:rsidRPr="00497E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7221873">
    <w:abstractNumId w:val="8"/>
  </w:num>
  <w:num w:numId="2" w16cid:durableId="1645772011">
    <w:abstractNumId w:val="6"/>
  </w:num>
  <w:num w:numId="3" w16cid:durableId="1008679361">
    <w:abstractNumId w:val="5"/>
  </w:num>
  <w:num w:numId="4" w16cid:durableId="1782650007">
    <w:abstractNumId w:val="4"/>
  </w:num>
  <w:num w:numId="5" w16cid:durableId="1975140788">
    <w:abstractNumId w:val="7"/>
  </w:num>
  <w:num w:numId="6" w16cid:durableId="2026202257">
    <w:abstractNumId w:val="3"/>
  </w:num>
  <w:num w:numId="7" w16cid:durableId="231042951">
    <w:abstractNumId w:val="2"/>
  </w:num>
  <w:num w:numId="8" w16cid:durableId="1775326713">
    <w:abstractNumId w:val="1"/>
  </w:num>
  <w:num w:numId="9" w16cid:durableId="5844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97E0D"/>
    <w:rsid w:val="004E783E"/>
    <w:rsid w:val="00922739"/>
    <w:rsid w:val="00AA1D8D"/>
    <w:rsid w:val="00B47730"/>
    <w:rsid w:val="00B91A6E"/>
    <w:rsid w:val="00BD616E"/>
    <w:rsid w:val="00CB0664"/>
    <w:rsid w:val="00E258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727DD4"/>
  <w14:defaultImageDpi w14:val="300"/>
  <w15:docId w15:val="{1B19C8E4-1F43-4008-80C9-402769D5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412</Words>
  <Characters>2391</Characters>
  <Application>Microsoft Office Word</Application>
  <DocSecurity>0</DocSecurity>
  <Lines>79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Mercik</cp:lastModifiedBy>
  <cp:revision>4</cp:revision>
  <dcterms:created xsi:type="dcterms:W3CDTF">2026-02-11T20:42:00Z</dcterms:created>
  <dcterms:modified xsi:type="dcterms:W3CDTF">2026-02-12T12:39:00Z</dcterms:modified>
  <cp:category/>
</cp:coreProperties>
</file>